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והמספר (יחיד/רבים) של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יצירת צורות רבים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לבין הקטגוריה הדקדוקית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נקבה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זכר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נקבה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ות מציינת רבים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סיומת ים היא בדרך כלל סיומת רבים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סיומת רבים, והמילה מתפקדת כנקבה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הסיומת ים מראה שזה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יוצאי דופן כמו אבות או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הסיומת ות מראה שזו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(זכר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(זכר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(נקבה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(נקבה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(זכר יחיד)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הילדים שיחקו בחוץ. הבנות קראו 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יחיד זה דבר אחד, רבים זה יותר מדבר אחד, ולרוב מוסיפים סיומת כמו ים או 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רבים: למשל ילדים,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נקבה יחיד: למשל ילדה, עוגה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ים מציינת בדרך כלל זכר רבים, ות מציינת בדרך כלל נקבה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כמה דוגמאות מהכיתה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שיש יוצאי דופן בעברית ולא תמיד הסיומת מכתיבה את המין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הדף עם משחק ההתאמה באתר לחיזוק נוסף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לכל מילה יש זכר או נקבה, ויחיד או רבים. נתרגל לזהות ולכתוב את זה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לדוגמה: ילד,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לדוגמה: ילדה, עוגה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 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רבים בזכר, כמו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סיומת 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רבים בנקבה, כמו ילדות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המין והמספר של המילה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המין והמספר של המילה מורות?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המין והמספר של המילה שולחן?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המין והמספר של המילה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המין והמספר של המילה 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נקבה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המין והמספר של המילה 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זכר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נקבה יחיד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'בנות' היא נקבה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'ים' תמיד מציינת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'עוגה' היא נקבה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'כלבים' היא זכר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מילים בעברית שהן זכר רבים בלי הסיומת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'חתולות' היא זכר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אחד, שני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מורה אחת,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כלב אחד, שני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חברה אחת,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ספר אחד, שני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עוגה אחת, שתי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זכר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זכר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זכר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נקבה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נקבה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מילה בזכר רבים ומשפט אחד עם מילה בנקבה 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יחיד לרבים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בזכר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בנקבה יחיד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הסיומת ים לסיומת 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