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והמספר (יחיד/רבים)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צורות רבים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לבין הקטגוריה הדקדוקית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זכר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ות מציינת רבים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סיומת ים היא בדרך כלל סיומת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סיומת רבים, והמילה מתפקדת כנקבה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(זכר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(נקבה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(נקבה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הילדים שיחקו בחוץ. הבנות קראו 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רבים: למשל ילדים,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נקבה יחיד: למשל ילדה,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מציינת בדרך כלל זכר רבים, ות מציינת בדרך כלל נקבה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כמה דוגמאות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שיש יוצאי דופן בעברית ולא תמיד הסיומת מכתיבה את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משחק ההתאמה באתר לחיזוק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לכל שם עצם יש מין (זכר או נקבה) ומספר (יחיד או רבים). בדף הזה נתרגל לזהות ולבנות צורות נכונות, בדומה למשחקים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מורות  ·  ילדים  ·  כלבים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מין ומספר המילה 'ילדים'?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מין ומספר המילה 'מורות'?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מין ומספר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זכר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'בנות'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סיומת 'ים' תמיד מציינת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'עוגה' היא 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מורה אחת,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כלב אחד, שני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זכר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נקבה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מילה בזכר רבים ומשפט אחד עם מילה בנקבה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בזכר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בנקבה 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